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[Vorname Nachname]</w:t>
      </w:r>
    </w:p>
    <w:p>
      <w:r>
        <w:t>[Straße, Top-Nr.]</w:t>
      </w:r>
    </w:p>
    <w:p>
      <w:r>
        <w:t>[PLZ Ort]</w:t>
      </w:r>
    </w:p>
    <w:p>
      <w:r>
        <w:t>[Telefon / E-Mail]</w:t>
      </w:r>
    </w:p>
    <w:p/>
    <w:p>
      <w:r>
        <w:t>An</w:t>
      </w:r>
    </w:p>
    <w:p>
      <w:r>
        <w:t>[Vermieter/in bzw. Hausverwaltung]</w:t>
      </w:r>
    </w:p>
    <w:p>
      <w:r>
        <w:t>[Straße]</w:t>
      </w:r>
    </w:p>
    <w:p>
      <w:r>
        <w:t>[PLZ Ort]</w:t>
      </w:r>
    </w:p>
    <w:p/>
    <w:p>
      <w:pPr>
        <w:jc w:val="right"/>
      </w:pPr>
      <w:r>
        <w:t>[Ort], am [Datum]</w:t>
      </w:r>
    </w:p>
    <w:p/>
    <w:p>
      <w:r>
        <w:rPr>
          <w:b/>
        </w:rPr>
        <w:t>Betreff: Bitte um Zustimmung zur Installation einer Wallbox (E-Ladestation) am Stellplatz [Nr.]</w:t>
      </w:r>
    </w:p>
    <w:p/>
    <w:p>
      <w:r>
        <w:t>Sehr geehrte Damen und Herren,</w:t>
      </w:r>
    </w:p>
    <w:p>
      <w:r>
        <w:t>ich bin Mieter/in der Wohnung Top [Nr.] und nutze den zugehörigen Stellplatz [Nr.]. Ich fahre ein Elektroauto und möchte an meinem Stellplatz eine Wallbox (Ladestation, 11 kW, Modell: [Hersteller/Modell]) installieren lassen.</w:t>
      </w:r>
    </w:p>
    <w:p>
      <w:r>
        <w:t>Die Installation würde ausschließlich durch einen konzessionierten Elektrofachbetrieb erfolgen, fachgerecht und nach den geltenden elektrotechnischen Normen. Die Wallbox wird außerdem ordnungsgemäß beim zuständigen Netzbetreiber gemeldet.</w:t>
      </w:r>
    </w:p>
    <w:p>
      <w:r>
        <w:t>Ich schlage dafür folgende Rahmenbedingungen vor:</w:t>
      </w:r>
    </w:p>
    <w:p>
      <w:pPr>
        <w:pStyle w:val="ListBullet"/>
      </w:pPr>
      <w:r>
        <w:t>Kosten: Sämtliche Kosten für Anschaffung und Installation übernehme ich.</w:t>
      </w:r>
    </w:p>
    <w:p>
      <w:pPr>
        <w:pStyle w:val="ListBullet"/>
      </w:pPr>
      <w:r>
        <w:t>Strom: Die Abrechnung erfolgt über [einen eigenen Zwischenzähler / eine monatliche Pauschale von EUR ___].</w:t>
      </w:r>
    </w:p>
    <w:p>
      <w:pPr>
        <w:pStyle w:val="ListBullet"/>
      </w:pPr>
      <w:r>
        <w:t>Bei Auszug: Die Wallbox [verbleibt ohne Ablöse als Mehrwert in der Wohnung / wird auf meine Kosten fachgerecht zurückgebaut].</w:t>
      </w:r>
    </w:p>
    <w:p>
      <w:pPr>
        <w:pStyle w:val="ListBullet"/>
      </w:pPr>
      <w:r>
        <w:t>Haftung: Für Schäden durch Installation oder Betrieb komme ich auf; die Anlage wird in meine Haushaltsversicherung einbezogen.</w:t>
      </w:r>
    </w:p>
    <w:p>
      <w:r>
        <w:t>Da eine fest installierte Wallbox eine Veränderung am Mietgegenstand darstellt, ersuche ich Sie höflich um Ihre schriftliche Zustimmung (vgl. § 9 MRG, Veränderungen des Mietgegenstandes).</w:t>
      </w:r>
    </w:p>
    <w:p>
      <w:r>
        <w:t>Eine Lademöglichkeit steigert die Attraktivität und den Wert der Liegenschaft, auch für künftige Mieterinnen und Mieter. Gerne bespreche ich alle Details persönlich mit Ihnen und übermittle Ihnen vorab das Angebot des Elektrofachbetriebs.</w:t>
      </w:r>
    </w:p>
    <w:p>
      <w:r>
        <w:t>Mit freundlichen Grüßen</w:t>
      </w:r>
    </w:p>
    <w:p>
      <w:r>
        <w:t>[Unterschrift]</w:t>
        <w:br/>
        <w:t>[Vorname Nachname]</w:t>
      </w:r>
    </w:p>
    <w:p/>
    <w:p>
      <w:r>
        <w:rPr>
          <w:i/>
          <w:sz w:val="18"/>
        </w:rPr>
        <w:t>Hinweis: Dieses Muster ist eine unverbindliche Formulierungshilfe und keine Rechtsberatung. Ob und in welchem Umfang das Mietrechtsgesetz (MRG) auf dein Mietverhältnis anwendbar ist, hängt vom Einzelfall ab. Als Mieter/in hast du keinen gesetzlichen Anspruch auf eine Wallbox - die Zustimmung des Vermieters ist erforderlich. Bei Unsicherheiten helfen Mietervereinigung oder Arbeiterkammer weiter. Mehr Infos: wallbox-kosten.at/ratgeber/wallbox-mietwohnung/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